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E729" w14:textId="77777777" w:rsidR="00AF189F" w:rsidRDefault="005B1BB6">
      <w:pPr>
        <w:pStyle w:val="Tittel"/>
      </w:pPr>
      <w:r>
        <w:t>Kundehenvendelse</w:t>
      </w:r>
    </w:p>
    <w:p w14:paraId="5EB6EF20" w14:textId="77777777" w:rsidR="00AF189F" w:rsidRPr="007B6FB6" w:rsidRDefault="005B1BB6">
      <w:pPr>
        <w:spacing w:after="20" w:line="252" w:lineRule="auto"/>
        <w:rPr>
          <w:color w:val="E69076"/>
        </w:rPr>
      </w:pPr>
      <w:r w:rsidRPr="007B6FB6">
        <w:rPr>
          <w:b/>
          <w:color w:val="E69076"/>
          <w:sz w:val="26"/>
        </w:rPr>
        <w:t>Ødegård Teknisk Hverdagshjelp</w:t>
      </w:r>
    </w:p>
    <w:p w14:paraId="2B0099A9" w14:textId="77777777" w:rsidR="00AF189F" w:rsidRDefault="005B1BB6">
      <w:pPr>
        <w:spacing w:after="120" w:line="252" w:lineRule="auto"/>
      </w:pPr>
      <w:r>
        <w:rPr>
          <w:sz w:val="24"/>
        </w:rPr>
        <w:t>Angrerett, oppsigelse, reklamasjon eller klage</w:t>
      </w:r>
    </w:p>
    <w:p w14:paraId="5113A59C" w14:textId="77777777" w:rsidR="00AF189F" w:rsidRDefault="005B1BB6">
      <w:pPr>
        <w:spacing w:after="140" w:line="252" w:lineRule="auto"/>
      </w:pPr>
      <w:r>
        <w:t>Du trenger ikke vite hva henvendelsen heter juridisk. Kryss av det som passer best, eller bare beskriv saken. Vi hjelper deg videre.</w:t>
      </w:r>
    </w:p>
    <w:p w14:paraId="79C53ADE" w14:textId="77777777" w:rsidR="00AF189F" w:rsidRDefault="005B1BB6">
      <w:pPr>
        <w:pStyle w:val="Overskrift1"/>
      </w:pPr>
      <w:r>
        <w:t>1. Hva gjelder henvendelsen?</w:t>
      </w:r>
    </w:p>
    <w:p w14:paraId="1E7057C1" w14:textId="714D673B" w:rsidR="00AF189F" w:rsidRDefault="00000000">
      <w:pPr>
        <w:spacing w:after="40" w:line="252" w:lineRule="auto"/>
      </w:pPr>
      <w:sdt>
        <w:sdtPr>
          <w:alias w:val="Avkrysningsboks"/>
          <w:tag w:val="checkbox"/>
          <w:id w:val="1420285504"/>
          <w14:checkbox>
            <w14:checked w14:val="0"/>
            <w14:checkedState w14:val="2612" w14:font="MS Gothic"/>
            <w14:uncheckedState w14:val="2610" w14:font="MS Gothic"/>
          </w14:checkbox>
        </w:sdtPr>
        <w:sdtContent>
          <w:r w:rsidR="18ED8CE3" w:rsidRPr="0E1D260D">
            <w:rPr>
              <w:rFonts w:ascii="MS Gothic" w:eastAsia="MS Gothic" w:hAnsi="MS Gothic" w:cs="MS Gothic"/>
            </w:rPr>
            <w:t>☐</w:t>
          </w:r>
        </w:sdtContent>
      </w:sdt>
      <w:r w:rsidR="005B1BB6" w:rsidRPr="0E1D260D">
        <w:t xml:space="preserve"> Jeg ønsker å bruke angreretten</w:t>
      </w:r>
    </w:p>
    <w:p w14:paraId="56E33964" w14:textId="77777777" w:rsidR="00AF189F" w:rsidRDefault="00000000">
      <w:pPr>
        <w:spacing w:after="40" w:line="252" w:lineRule="auto"/>
      </w:pPr>
      <w:sdt>
        <w:sdtPr>
          <w:alias w:val="Avkrysningsboks"/>
          <w:tag w:val="checkbox"/>
          <w:id w:val="1420288064"/>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Jeg ønsker å si opp abonnementet mitt</w:t>
      </w:r>
    </w:p>
    <w:p w14:paraId="661D8698" w14:textId="77777777" w:rsidR="00AF189F" w:rsidRDefault="00000000">
      <w:pPr>
        <w:spacing w:after="40" w:line="252" w:lineRule="auto"/>
      </w:pPr>
      <w:sdt>
        <w:sdtPr>
          <w:alias w:val="Avkrysningsboks"/>
          <w:tag w:val="checkbox"/>
          <w:id w:val="1420287872"/>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Noe ved tjenesten ble ikke som avtalt (reklamasjon)</w:t>
      </w:r>
    </w:p>
    <w:p w14:paraId="15C16A2F" w14:textId="77777777" w:rsidR="00AF189F" w:rsidRDefault="00000000">
      <w:pPr>
        <w:spacing w:after="40" w:line="252" w:lineRule="auto"/>
      </w:pPr>
      <w:sdt>
        <w:sdtPr>
          <w:alias w:val="Avkrysningsboks"/>
          <w:tag w:val="checkbox"/>
          <w:id w:val="437253342"/>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Jeg ønsker å klage på tjenesten eller kundebehandlingen</w:t>
      </w:r>
    </w:p>
    <w:p w14:paraId="3813554E" w14:textId="77777777" w:rsidR="00AF189F" w:rsidRDefault="00000000">
      <w:pPr>
        <w:spacing w:after="40" w:line="252" w:lineRule="auto"/>
      </w:pPr>
      <w:sdt>
        <w:sdtPr>
          <w:alias w:val="Avkrysningsboks"/>
          <w:tag w:val="checkbox"/>
          <w:id w:val="1495925659"/>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Annet: ____________________________________________</w:t>
      </w:r>
    </w:p>
    <w:p w14:paraId="58BC6F12" w14:textId="77777777" w:rsidR="00AF189F" w:rsidRDefault="005B1BB6">
      <w:pPr>
        <w:pStyle w:val="Overskrift1"/>
      </w:pPr>
      <w:r>
        <w:t>2. Opplysninger om deg</w:t>
      </w:r>
    </w:p>
    <w:tbl>
      <w:tblPr>
        <w:tblStyle w:val="Tabellrutenett"/>
        <w:tblW w:w="0" w:type="auto"/>
        <w:tblLayout w:type="fixed"/>
        <w:tblLook w:val="04A0" w:firstRow="1" w:lastRow="0" w:firstColumn="1" w:lastColumn="0" w:noHBand="0" w:noVBand="1"/>
      </w:tblPr>
      <w:tblGrid>
        <w:gridCol w:w="4986"/>
        <w:gridCol w:w="4986"/>
      </w:tblGrid>
      <w:tr w:rsidR="00AF189F" w14:paraId="632DC605" w14:textId="77777777">
        <w:tc>
          <w:tcPr>
            <w:tcW w:w="4986" w:type="dxa"/>
            <w:vAlign w:val="center"/>
          </w:tcPr>
          <w:p w14:paraId="4FFDE84B" w14:textId="77777777" w:rsidR="00AF189F" w:rsidRDefault="005B1BB6">
            <w:r>
              <w:rPr>
                <w:b/>
              </w:rPr>
              <w:t>Navn</w:t>
            </w:r>
          </w:p>
        </w:tc>
        <w:tc>
          <w:tcPr>
            <w:tcW w:w="4986" w:type="dxa"/>
            <w:vAlign w:val="center"/>
          </w:tcPr>
          <w:p w14:paraId="5AC56E85" w14:textId="77777777" w:rsidR="00AF189F" w:rsidRDefault="005B1BB6">
            <w:r>
              <w:br/>
            </w:r>
          </w:p>
        </w:tc>
      </w:tr>
      <w:tr w:rsidR="00AF189F" w14:paraId="77E617D2" w14:textId="77777777">
        <w:tc>
          <w:tcPr>
            <w:tcW w:w="4986" w:type="dxa"/>
            <w:vAlign w:val="center"/>
          </w:tcPr>
          <w:p w14:paraId="6E12A89F" w14:textId="77777777" w:rsidR="00AF189F" w:rsidRDefault="005B1BB6">
            <w:r>
              <w:rPr>
                <w:b/>
              </w:rPr>
              <w:t>Telefon eller e-post</w:t>
            </w:r>
          </w:p>
        </w:tc>
        <w:tc>
          <w:tcPr>
            <w:tcW w:w="4986" w:type="dxa"/>
            <w:vAlign w:val="center"/>
          </w:tcPr>
          <w:p w14:paraId="5CDBD0CC" w14:textId="77777777" w:rsidR="00AF189F" w:rsidRDefault="005B1BB6">
            <w:r>
              <w:br/>
            </w:r>
          </w:p>
        </w:tc>
      </w:tr>
      <w:tr w:rsidR="00AF189F" w14:paraId="32B44A85" w14:textId="77777777">
        <w:tc>
          <w:tcPr>
            <w:tcW w:w="4986" w:type="dxa"/>
            <w:vAlign w:val="center"/>
          </w:tcPr>
          <w:p w14:paraId="512CBAD7" w14:textId="77777777" w:rsidR="00AF189F" w:rsidRDefault="005B1BB6">
            <w:r>
              <w:rPr>
                <w:b/>
              </w:rPr>
              <w:t>Dato for bestilling / tjeneste</w:t>
            </w:r>
          </w:p>
        </w:tc>
        <w:tc>
          <w:tcPr>
            <w:tcW w:w="4986" w:type="dxa"/>
            <w:vAlign w:val="center"/>
          </w:tcPr>
          <w:p w14:paraId="3C08A525" w14:textId="77777777" w:rsidR="00AF189F" w:rsidRDefault="005B1BB6">
            <w:r>
              <w:br/>
            </w:r>
          </w:p>
        </w:tc>
      </w:tr>
      <w:tr w:rsidR="00AF189F" w14:paraId="2EA5FB2C" w14:textId="77777777">
        <w:tc>
          <w:tcPr>
            <w:tcW w:w="4986" w:type="dxa"/>
            <w:vAlign w:val="center"/>
          </w:tcPr>
          <w:p w14:paraId="499B8E22" w14:textId="77777777" w:rsidR="00AF189F" w:rsidRDefault="005B1BB6">
            <w:r>
              <w:rPr>
                <w:b/>
              </w:rPr>
              <w:t>Ordrenummer / referanse (hvis kjent)</w:t>
            </w:r>
          </w:p>
        </w:tc>
        <w:tc>
          <w:tcPr>
            <w:tcW w:w="4986" w:type="dxa"/>
            <w:vAlign w:val="center"/>
          </w:tcPr>
          <w:p w14:paraId="6FA88292" w14:textId="77777777" w:rsidR="00AF189F" w:rsidRDefault="005B1BB6">
            <w:r>
              <w:br/>
            </w:r>
          </w:p>
        </w:tc>
      </w:tr>
    </w:tbl>
    <w:p w14:paraId="30A1A29F" w14:textId="77777777" w:rsidR="00AF189F" w:rsidRDefault="00AF189F">
      <w:pPr>
        <w:spacing w:after="20" w:line="252" w:lineRule="auto"/>
      </w:pPr>
    </w:p>
    <w:p w14:paraId="43E88D38" w14:textId="77777777" w:rsidR="00AF189F" w:rsidRDefault="005B1BB6">
      <w:pPr>
        <w:pStyle w:val="Overskrift1"/>
      </w:pPr>
      <w:r>
        <w:t>3. Fortell kort hva saken gjelder</w:t>
      </w:r>
    </w:p>
    <w:p w14:paraId="4B7E86EB" w14:textId="77777777" w:rsidR="00AF189F" w:rsidRDefault="005B1BB6">
      <w:pPr>
        <w:spacing w:after="40" w:line="252" w:lineRule="auto"/>
      </w:pPr>
      <w:r>
        <w:t>________________________________________________________________________________</w:t>
      </w:r>
    </w:p>
    <w:p w14:paraId="500ABC96" w14:textId="77777777" w:rsidR="00AF189F" w:rsidRDefault="005B1BB6">
      <w:pPr>
        <w:spacing w:after="40" w:line="252" w:lineRule="auto"/>
      </w:pPr>
      <w:r>
        <w:t>________________________________________________________________________________</w:t>
      </w:r>
    </w:p>
    <w:p w14:paraId="46F1B0D1" w14:textId="77777777" w:rsidR="00AF189F" w:rsidRDefault="005B1BB6">
      <w:pPr>
        <w:spacing w:after="40" w:line="252" w:lineRule="auto"/>
      </w:pPr>
      <w:r>
        <w:t>________________________________________________________________________________</w:t>
      </w:r>
    </w:p>
    <w:p w14:paraId="41191219" w14:textId="77777777" w:rsidR="00AF189F" w:rsidRDefault="005B1BB6">
      <w:pPr>
        <w:spacing w:after="40" w:line="252" w:lineRule="auto"/>
      </w:pPr>
      <w:r>
        <w:t>________________________________________________________________________________</w:t>
      </w:r>
    </w:p>
    <w:p w14:paraId="79D8308E" w14:textId="77777777" w:rsidR="00AF189F" w:rsidRDefault="005B1BB6">
      <w:pPr>
        <w:pStyle w:val="Overskrift1"/>
      </w:pPr>
      <w:r>
        <w:t>4. Hva ønsker du at vi skal gjøre?</w:t>
      </w:r>
    </w:p>
    <w:p w14:paraId="75CBB1DE" w14:textId="71A867A2" w:rsidR="00AF189F" w:rsidRDefault="00000000">
      <w:pPr>
        <w:spacing w:after="40" w:line="252" w:lineRule="auto"/>
      </w:pPr>
      <w:sdt>
        <w:sdtPr>
          <w:alias w:val="Avkrysningsboks"/>
          <w:tag w:val="checkbox"/>
          <w:id w:val="1420287360"/>
          <w14:checkbox>
            <w14:checked w14:val="0"/>
            <w14:checkedState w14:val="2612" w14:font="MS Gothic"/>
            <w14:uncheckedState w14:val="2610" w14:font="MS Gothic"/>
          </w14:checkbox>
        </w:sdtPr>
        <w:sdtContent>
          <w:r w:rsidR="00A54172">
            <w:rPr>
              <w:rFonts w:ascii="MS Gothic" w:eastAsia="MS Gothic" w:hAnsi="MS Gothic" w:hint="eastAsia"/>
            </w:rPr>
            <w:t>☐</w:t>
          </w:r>
        </w:sdtContent>
      </w:sdt>
      <w:r w:rsidR="005B1BB6" w:rsidRPr="0E1D260D">
        <w:t xml:space="preserve"> Rette problemet eller prøve på nytt</w:t>
      </w:r>
    </w:p>
    <w:p w14:paraId="22737C46" w14:textId="77777777" w:rsidR="00AF189F" w:rsidRDefault="00000000">
      <w:pPr>
        <w:spacing w:after="40" w:line="252" w:lineRule="auto"/>
      </w:pPr>
      <w:sdt>
        <w:sdtPr>
          <w:alias w:val="Avkrysningsboks"/>
          <w:tag w:val="checkbox"/>
          <w:id w:val="-1761826221"/>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Prisavslag eller tilbakebetaling</w:t>
      </w:r>
    </w:p>
    <w:p w14:paraId="43734F30" w14:textId="77777777" w:rsidR="00AF189F" w:rsidRDefault="00000000">
      <w:pPr>
        <w:spacing w:after="40" w:line="252" w:lineRule="auto"/>
      </w:pPr>
      <w:sdt>
        <w:sdtPr>
          <w:alias w:val="Avkrysningsboks"/>
          <w:tag w:val="checkbox"/>
          <w:id w:val="1420287744"/>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Avslutte abonnementet</w:t>
      </w:r>
    </w:p>
    <w:p w14:paraId="39B1C266" w14:textId="77777777" w:rsidR="00AF189F" w:rsidRDefault="00000000">
      <w:pPr>
        <w:spacing w:after="40" w:line="252" w:lineRule="auto"/>
      </w:pPr>
      <w:sdt>
        <w:sdtPr>
          <w:alias w:val="Avkrysningsboks"/>
          <w:tag w:val="checkbox"/>
          <w:id w:val="-1482462771"/>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Registrere at jeg bruker angreretten</w:t>
      </w:r>
    </w:p>
    <w:p w14:paraId="737B9459" w14:textId="77777777" w:rsidR="00AF189F" w:rsidRDefault="00000000">
      <w:pPr>
        <w:spacing w:after="40" w:line="252" w:lineRule="auto"/>
      </w:pPr>
      <w:sdt>
        <w:sdtPr>
          <w:alias w:val="Avkrysningsboks"/>
          <w:tag w:val="checkbox"/>
          <w:id w:val="1420285312"/>
          <w14:checkbox>
            <w14:checked w14:val="0"/>
            <w14:checkedState w14:val="2612" w14:font="MS Gothic"/>
            <w14:uncheckedState w14:val="2610" w14:font="MS Gothic"/>
          </w14:checkbox>
        </w:sdtPr>
        <w:sdtContent>
          <w:r w:rsidR="005B1BB6">
            <w:rPr>
              <w:rFonts w:ascii="MS Gothic" w:hAnsi="MS Gothic"/>
            </w:rPr>
            <w:t>☐</w:t>
          </w:r>
        </w:sdtContent>
      </w:sdt>
      <w:r w:rsidR="005B1BB6">
        <w:t xml:space="preserve"> Annet: ____________________________________________</w:t>
      </w:r>
    </w:p>
    <w:p w14:paraId="66F71D9B" w14:textId="77777777" w:rsidR="00AF189F" w:rsidRDefault="005B1BB6">
      <w:pPr>
        <w:spacing w:after="100" w:line="252" w:lineRule="auto"/>
      </w:pPr>
      <w:r>
        <w:rPr>
          <w:sz w:val="21"/>
        </w:rPr>
        <w:t>Dato: ____________________        Underskrift (bare ved papir): _______________________</w:t>
      </w:r>
    </w:p>
    <w:p w14:paraId="3137A624" w14:textId="77777777" w:rsidR="00AF189F" w:rsidRDefault="005B1BB6">
      <w:pPr>
        <w:pStyle w:val="Overskrift1"/>
      </w:pPr>
      <w:r>
        <w:lastRenderedPageBreak/>
        <w:t>Slik sender du henvendelsen</w:t>
      </w:r>
    </w:p>
    <w:p w14:paraId="3EED7CF5" w14:textId="3C9C4E72" w:rsidR="00AF189F" w:rsidRDefault="005B1BB6">
      <w:pPr>
        <w:spacing w:after="80" w:line="252" w:lineRule="auto"/>
      </w:pPr>
      <w:r>
        <w:rPr>
          <w:sz w:val="21"/>
        </w:rPr>
        <w:t xml:space="preserve">Du kan sende skjemaet eller skrive en vanlig e-post til tor@tekniskhverdagshjelp.no. Du kan også ringe </w:t>
      </w:r>
      <w:r w:rsidR="0017261D">
        <w:rPr>
          <w:sz w:val="21"/>
        </w:rPr>
        <w:t>22 66 69 22</w:t>
      </w:r>
      <w:r>
        <w:rPr>
          <w:sz w:val="21"/>
        </w:rPr>
        <w:t>. Ved bruk av angrerett anbefaler vi en skriftlig melding, slik at både du og vi har dokumentasjon på når meldingen ble sendt.</w:t>
      </w:r>
    </w:p>
    <w:p w14:paraId="37DFA097" w14:textId="77777777" w:rsidR="00AF189F" w:rsidRDefault="005B1BB6">
      <w:pPr>
        <w:spacing w:after="80" w:line="252" w:lineRule="auto"/>
      </w:pPr>
      <w:r>
        <w:rPr>
          <w:sz w:val="21"/>
        </w:rPr>
        <w:t>Vi forsøker først å løse saken direkte med deg. Hvis vi ikke blir enige, kan en forbrukertvist i aktuelle tilfeller tas videre til Forbrukertilsynet for mekling.</w:t>
      </w:r>
    </w:p>
    <w:p w14:paraId="192095AD" w14:textId="77777777" w:rsidR="00AF189F" w:rsidRDefault="005B1BB6">
      <w:r>
        <w:br w:type="page"/>
      </w:r>
    </w:p>
    <w:p w14:paraId="121AD901" w14:textId="77777777" w:rsidR="00AF189F" w:rsidRDefault="005B1BB6">
      <w:pPr>
        <w:pStyle w:val="Tittel"/>
      </w:pPr>
      <w:r>
        <w:lastRenderedPageBreak/>
        <w:t>Standard angreskjema</w:t>
      </w:r>
    </w:p>
    <w:p w14:paraId="2B03B5F5" w14:textId="77777777" w:rsidR="00AF189F" w:rsidRDefault="005B1BB6">
      <w:pPr>
        <w:spacing w:after="40" w:line="252" w:lineRule="auto"/>
      </w:pPr>
      <w:r>
        <w:rPr>
          <w:b/>
          <w:sz w:val="24"/>
        </w:rPr>
        <w:t>For bruk når angrerettloven gjelder</w:t>
      </w:r>
    </w:p>
    <w:p w14:paraId="4868537E" w14:textId="77777777" w:rsidR="00AF189F" w:rsidRDefault="005B1BB6">
      <w:pPr>
        <w:spacing w:after="120" w:line="252" w:lineRule="auto"/>
      </w:pPr>
      <w:r>
        <w:t>Du kan bruke dette skjemaet hvis du vil gå fra avtalen. Det er frivillig å bruke skjemaet. Du kan også sende oss en annen tydelig melding om at du bruker angreretten.</w:t>
      </w:r>
    </w:p>
    <w:tbl>
      <w:tblPr>
        <w:tblStyle w:val="Tabellrutenett"/>
        <w:tblW w:w="0" w:type="auto"/>
        <w:tblLayout w:type="fixed"/>
        <w:tblLook w:val="04A0" w:firstRow="1" w:lastRow="0" w:firstColumn="1" w:lastColumn="0" w:noHBand="0" w:noVBand="1"/>
      </w:tblPr>
      <w:tblGrid>
        <w:gridCol w:w="4986"/>
        <w:gridCol w:w="4986"/>
      </w:tblGrid>
      <w:tr w:rsidR="00AF189F" w14:paraId="1DBE7948" w14:textId="77777777">
        <w:tc>
          <w:tcPr>
            <w:tcW w:w="4986" w:type="dxa"/>
            <w:vAlign w:val="center"/>
          </w:tcPr>
          <w:p w14:paraId="6557DA4B" w14:textId="77777777" w:rsidR="00AF189F" w:rsidRDefault="005B1BB6">
            <w:r>
              <w:rPr>
                <w:b/>
              </w:rPr>
              <w:t>Til</w:t>
            </w:r>
          </w:p>
        </w:tc>
        <w:tc>
          <w:tcPr>
            <w:tcW w:w="4986" w:type="dxa"/>
            <w:vAlign w:val="center"/>
          </w:tcPr>
          <w:p w14:paraId="765E610F" w14:textId="77777777" w:rsidR="00AF189F" w:rsidRDefault="005B1BB6">
            <w:r>
              <w:t>Ødegård Teknisk Hverdagshjelp</w:t>
            </w:r>
          </w:p>
        </w:tc>
      </w:tr>
      <w:tr w:rsidR="00AF189F" w14:paraId="160FDD86" w14:textId="77777777">
        <w:tc>
          <w:tcPr>
            <w:tcW w:w="4986" w:type="dxa"/>
            <w:vAlign w:val="center"/>
          </w:tcPr>
          <w:p w14:paraId="2F3F8A50" w14:textId="77777777" w:rsidR="00AF189F" w:rsidRDefault="005B1BB6">
            <w:r>
              <w:rPr>
                <w:b/>
              </w:rPr>
              <w:t>Organisasjonsnummer</w:t>
            </w:r>
          </w:p>
        </w:tc>
        <w:tc>
          <w:tcPr>
            <w:tcW w:w="4986" w:type="dxa"/>
            <w:vAlign w:val="center"/>
          </w:tcPr>
          <w:p w14:paraId="33A9D9A8" w14:textId="643EBC1B" w:rsidR="00AF189F" w:rsidRDefault="003B4290">
            <w:r w:rsidRPr="003B4290">
              <w:t>938262969</w:t>
            </w:r>
          </w:p>
        </w:tc>
      </w:tr>
      <w:tr w:rsidR="00AF189F" w14:paraId="1D9EA37E" w14:textId="77777777">
        <w:tc>
          <w:tcPr>
            <w:tcW w:w="4986" w:type="dxa"/>
            <w:vAlign w:val="center"/>
          </w:tcPr>
          <w:p w14:paraId="79B208D6" w14:textId="77777777" w:rsidR="00AF189F" w:rsidRDefault="005B1BB6">
            <w:r>
              <w:rPr>
                <w:b/>
              </w:rPr>
              <w:t>Adresse</w:t>
            </w:r>
          </w:p>
        </w:tc>
        <w:tc>
          <w:tcPr>
            <w:tcW w:w="4986" w:type="dxa"/>
            <w:vAlign w:val="center"/>
          </w:tcPr>
          <w:p w14:paraId="3E09EB8F" w14:textId="2C980735" w:rsidR="00AF189F" w:rsidRDefault="003B4290">
            <w:r>
              <w:t>Birkelundveien 65b, 1481 Hagan</w:t>
            </w:r>
          </w:p>
        </w:tc>
      </w:tr>
      <w:tr w:rsidR="00AF189F" w14:paraId="3BF484A0" w14:textId="77777777">
        <w:tc>
          <w:tcPr>
            <w:tcW w:w="4986" w:type="dxa"/>
            <w:vAlign w:val="center"/>
          </w:tcPr>
          <w:p w14:paraId="69F2EABE" w14:textId="77777777" w:rsidR="00AF189F" w:rsidRDefault="005B1BB6">
            <w:r>
              <w:rPr>
                <w:b/>
              </w:rPr>
              <w:t>E-post / telefon</w:t>
            </w:r>
          </w:p>
        </w:tc>
        <w:tc>
          <w:tcPr>
            <w:tcW w:w="4986" w:type="dxa"/>
            <w:vAlign w:val="center"/>
          </w:tcPr>
          <w:p w14:paraId="2724704A" w14:textId="09AD8119" w:rsidR="00AF189F" w:rsidRDefault="00BA2E0E">
            <w:r>
              <w:t xml:space="preserve"> </w:t>
            </w:r>
            <w:hyperlink r:id="rId8" w:history="1">
              <w:r w:rsidRPr="009445B7">
                <w:rPr>
                  <w:rStyle w:val="Hyperkobling"/>
                </w:rPr>
                <w:t>tor@tekniskhverdagshjelp.no</w:t>
              </w:r>
            </w:hyperlink>
            <w:r>
              <w:t xml:space="preserve"> | 22 66 69 22 </w:t>
            </w:r>
          </w:p>
        </w:tc>
      </w:tr>
    </w:tbl>
    <w:p w14:paraId="2E90BB61" w14:textId="77777777" w:rsidR="00AF189F" w:rsidRDefault="00AF189F">
      <w:pPr>
        <w:spacing w:after="40" w:line="252" w:lineRule="auto"/>
      </w:pPr>
    </w:p>
    <w:p w14:paraId="01713622" w14:textId="77777777" w:rsidR="00AF189F" w:rsidRDefault="005B1BB6">
      <w:pPr>
        <w:spacing w:after="80" w:line="252" w:lineRule="auto"/>
      </w:pPr>
      <w:r>
        <w:t>Jeg/vi (*) meddeler herved at jeg/vi (*) ønsker å gå fra min/vår (*) avtale om følgende tjeneste:</w:t>
      </w:r>
    </w:p>
    <w:p w14:paraId="6F366B2C" w14:textId="77777777" w:rsidR="00AF189F" w:rsidRDefault="005B1BB6">
      <w:pPr>
        <w:spacing w:after="40" w:line="252" w:lineRule="auto"/>
      </w:pPr>
      <w:r>
        <w:t>________________________________________________________________________________</w:t>
      </w:r>
    </w:p>
    <w:p w14:paraId="15BA795D" w14:textId="77777777" w:rsidR="00AF189F" w:rsidRDefault="005B1BB6">
      <w:pPr>
        <w:spacing w:after="40" w:line="252" w:lineRule="auto"/>
      </w:pPr>
      <w:r>
        <w:t>________________________________________________________________________________</w:t>
      </w:r>
    </w:p>
    <w:p w14:paraId="2DCEA5E6" w14:textId="77777777" w:rsidR="00AF189F" w:rsidRDefault="005B1BB6">
      <w:pPr>
        <w:spacing w:after="40" w:line="252" w:lineRule="auto"/>
      </w:pPr>
      <w:r>
        <w:t>________________________________________________________________________________</w:t>
      </w:r>
    </w:p>
    <w:p w14:paraId="6BBF3C79" w14:textId="77777777" w:rsidR="00AF189F" w:rsidRDefault="005B1BB6">
      <w:pPr>
        <w:spacing w:after="40" w:line="252" w:lineRule="auto"/>
      </w:pPr>
      <w:r>
        <w:t>________________________________________________________________________________</w:t>
      </w:r>
    </w:p>
    <w:tbl>
      <w:tblPr>
        <w:tblStyle w:val="Tabellrutenett"/>
        <w:tblW w:w="0" w:type="auto"/>
        <w:tblLayout w:type="fixed"/>
        <w:tblLook w:val="04A0" w:firstRow="1" w:lastRow="0" w:firstColumn="1" w:lastColumn="0" w:noHBand="0" w:noVBand="1"/>
      </w:tblPr>
      <w:tblGrid>
        <w:gridCol w:w="4986"/>
        <w:gridCol w:w="4986"/>
      </w:tblGrid>
      <w:tr w:rsidR="00AF189F" w14:paraId="4D7D8F6D" w14:textId="77777777">
        <w:tc>
          <w:tcPr>
            <w:tcW w:w="4986" w:type="dxa"/>
            <w:vAlign w:val="center"/>
          </w:tcPr>
          <w:p w14:paraId="227FD895" w14:textId="77777777" w:rsidR="00AF189F" w:rsidRDefault="005B1BB6">
            <w:r>
              <w:rPr>
                <w:b/>
              </w:rPr>
              <w:t>Dato avtalen ble inngått</w:t>
            </w:r>
          </w:p>
        </w:tc>
        <w:tc>
          <w:tcPr>
            <w:tcW w:w="4986" w:type="dxa"/>
            <w:vAlign w:val="center"/>
          </w:tcPr>
          <w:p w14:paraId="1DA491E4" w14:textId="77777777" w:rsidR="00AF189F" w:rsidRDefault="005B1BB6">
            <w:r>
              <w:br/>
            </w:r>
          </w:p>
        </w:tc>
      </w:tr>
      <w:tr w:rsidR="00AF189F" w14:paraId="1D251F47" w14:textId="77777777">
        <w:tc>
          <w:tcPr>
            <w:tcW w:w="4986" w:type="dxa"/>
            <w:vAlign w:val="center"/>
          </w:tcPr>
          <w:p w14:paraId="64F419E5" w14:textId="77777777" w:rsidR="00AF189F" w:rsidRDefault="005B1BB6">
            <w:r>
              <w:rPr>
                <w:b/>
              </w:rPr>
              <w:t>Forbrukerens navn</w:t>
            </w:r>
          </w:p>
        </w:tc>
        <w:tc>
          <w:tcPr>
            <w:tcW w:w="4986" w:type="dxa"/>
            <w:vAlign w:val="center"/>
          </w:tcPr>
          <w:p w14:paraId="0392431B" w14:textId="77777777" w:rsidR="00AF189F" w:rsidRDefault="005B1BB6">
            <w:r>
              <w:br/>
            </w:r>
          </w:p>
        </w:tc>
      </w:tr>
      <w:tr w:rsidR="00AF189F" w14:paraId="37404B5C" w14:textId="77777777">
        <w:tc>
          <w:tcPr>
            <w:tcW w:w="4986" w:type="dxa"/>
            <w:vAlign w:val="center"/>
          </w:tcPr>
          <w:p w14:paraId="342DB0AC" w14:textId="77777777" w:rsidR="00AF189F" w:rsidRDefault="005B1BB6">
            <w:r>
              <w:rPr>
                <w:b/>
              </w:rPr>
              <w:t>Forbrukerens adresse</w:t>
            </w:r>
          </w:p>
        </w:tc>
        <w:tc>
          <w:tcPr>
            <w:tcW w:w="4986" w:type="dxa"/>
            <w:vAlign w:val="center"/>
          </w:tcPr>
          <w:p w14:paraId="57DF9412" w14:textId="77777777" w:rsidR="00AF189F" w:rsidRDefault="005B1BB6">
            <w:r>
              <w:br/>
            </w:r>
          </w:p>
        </w:tc>
      </w:tr>
    </w:tbl>
    <w:p w14:paraId="3897D393" w14:textId="77777777" w:rsidR="00AF189F" w:rsidRDefault="00AF189F">
      <w:pPr>
        <w:spacing w:after="20" w:line="252" w:lineRule="auto"/>
      </w:pPr>
    </w:p>
    <w:p w14:paraId="339C8F5C" w14:textId="77777777" w:rsidR="00AF189F" w:rsidRDefault="005B1BB6">
      <w:pPr>
        <w:spacing w:after="60" w:line="252" w:lineRule="auto"/>
      </w:pPr>
      <w:r>
        <w:rPr>
          <w:sz w:val="21"/>
        </w:rPr>
        <w:t>Dato: ____________________        Underskrift (bare ved papir): _______________________</w:t>
      </w:r>
    </w:p>
    <w:p w14:paraId="183497E9" w14:textId="77777777" w:rsidR="00AF189F" w:rsidRDefault="005B1BB6">
      <w:pPr>
        <w:spacing w:after="100" w:line="252" w:lineRule="auto"/>
      </w:pPr>
      <w:r>
        <w:rPr>
          <w:sz w:val="19"/>
        </w:rPr>
        <w:t>(*) Stryk det som ikke passer.</w:t>
      </w:r>
    </w:p>
    <w:p w14:paraId="34B4972B" w14:textId="77777777" w:rsidR="00AF189F" w:rsidRDefault="005B1BB6">
      <w:pPr>
        <w:spacing w:after="80" w:line="252" w:lineRule="auto"/>
      </w:pPr>
      <w:r>
        <w:rPr>
          <w:sz w:val="20"/>
        </w:rPr>
        <w:t>For tjenester er angrefristen som hovedregel 14 dager fra dagen etter at avtalen ble inngått. Hvis du uttrykkelig har bedt om oppstart før fristen er ute, kan du måtte betale for den delen som allerede er levert dersom du angrer etter oppstart, når lovens vilkår er oppfylt.</w:t>
      </w:r>
    </w:p>
    <w:p w14:paraId="0F181814" w14:textId="77777777" w:rsidR="00AF189F" w:rsidRDefault="005B1BB6">
      <w:pPr>
        <w:spacing w:after="60" w:line="252" w:lineRule="auto"/>
      </w:pPr>
      <w:r>
        <w:rPr>
          <w:sz w:val="20"/>
        </w:rPr>
        <w:t>En betalt tjeneste som er fullt levert kan etter lovens regler føre til at angreretten faller bort når nødvendige vilkår og samtykker er oppfylt.</w:t>
      </w:r>
    </w:p>
    <w:sectPr w:rsidR="00AF189F" w:rsidSect="00034616">
      <w:footerReference w:type="default" r:id="rId9"/>
      <w:pgSz w:w="12240" w:h="15840"/>
      <w:pgMar w:top="822" w:right="1134" w:bottom="79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2C1C" w14:textId="77777777" w:rsidR="009B07D2" w:rsidRDefault="009B07D2">
      <w:pPr>
        <w:spacing w:after="0" w:line="240" w:lineRule="auto"/>
      </w:pPr>
      <w:r>
        <w:separator/>
      </w:r>
    </w:p>
  </w:endnote>
  <w:endnote w:type="continuationSeparator" w:id="0">
    <w:p w14:paraId="7D8B67BB" w14:textId="77777777" w:rsidR="009B07D2" w:rsidRDefault="009B0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0E02" w14:textId="6CA9869B" w:rsidR="00AF189F" w:rsidRDefault="005B1BB6">
    <w:pPr>
      <w:pStyle w:val="Bunntekst"/>
      <w:jc w:val="center"/>
    </w:pPr>
    <w:r>
      <w:rPr>
        <w:sz w:val="16"/>
      </w:rPr>
      <w:t xml:space="preserve">Ødegård Teknisk Hverdagshjelp | Kundehenvendelse | Side </w:t>
    </w:r>
    <w:r>
      <w:fldChar w:fldCharType="begin"/>
    </w:r>
    <w:r>
      <w:instrText>PAGE</w:instrText>
    </w:r>
    <w:r>
      <w:fldChar w:fldCharType="separate"/>
    </w:r>
    <w:r w:rsidR="007B6F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16A1" w14:textId="77777777" w:rsidR="009B07D2" w:rsidRDefault="009B07D2">
      <w:pPr>
        <w:spacing w:after="0" w:line="240" w:lineRule="auto"/>
      </w:pPr>
      <w:r>
        <w:separator/>
      </w:r>
    </w:p>
  </w:footnote>
  <w:footnote w:type="continuationSeparator" w:id="0">
    <w:p w14:paraId="17A624FA" w14:textId="77777777" w:rsidR="009B07D2" w:rsidRDefault="009B0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31949762">
    <w:abstractNumId w:val="8"/>
  </w:num>
  <w:num w:numId="2" w16cid:durableId="620841748">
    <w:abstractNumId w:val="6"/>
  </w:num>
  <w:num w:numId="3" w16cid:durableId="1443106381">
    <w:abstractNumId w:val="5"/>
  </w:num>
  <w:num w:numId="4" w16cid:durableId="351761117">
    <w:abstractNumId w:val="4"/>
  </w:num>
  <w:num w:numId="5" w16cid:durableId="579562496">
    <w:abstractNumId w:val="7"/>
  </w:num>
  <w:num w:numId="6" w16cid:durableId="291404772">
    <w:abstractNumId w:val="3"/>
  </w:num>
  <w:num w:numId="7" w16cid:durableId="1403675737">
    <w:abstractNumId w:val="2"/>
  </w:num>
  <w:num w:numId="8" w16cid:durableId="719286837">
    <w:abstractNumId w:val="1"/>
  </w:num>
  <w:num w:numId="9" w16cid:durableId="154436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261D"/>
    <w:rsid w:val="00181EEE"/>
    <w:rsid w:val="0029639D"/>
    <w:rsid w:val="00326F90"/>
    <w:rsid w:val="003B4290"/>
    <w:rsid w:val="00563D19"/>
    <w:rsid w:val="005B1BB6"/>
    <w:rsid w:val="007B6FB6"/>
    <w:rsid w:val="009B07D2"/>
    <w:rsid w:val="00A54172"/>
    <w:rsid w:val="00AA1D8D"/>
    <w:rsid w:val="00AF189F"/>
    <w:rsid w:val="00B33632"/>
    <w:rsid w:val="00B47730"/>
    <w:rsid w:val="00BA2E0E"/>
    <w:rsid w:val="00BD23E0"/>
    <w:rsid w:val="00C16C87"/>
    <w:rsid w:val="00CB0664"/>
    <w:rsid w:val="00F60AE1"/>
    <w:rsid w:val="00FB0709"/>
    <w:rsid w:val="00FC693F"/>
    <w:rsid w:val="083F4073"/>
    <w:rsid w:val="0E1D260D"/>
    <w:rsid w:val="18ED8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C558CC0D-1616-4822-A286-B04BBBE7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3"/>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rPr>
      <w:lang w:val="nb-NO"/>
    </w:rPr>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rPr>
      <w:lang w:val="nb-NO"/>
    </w:rPr>
  </w:style>
  <w:style w:type="paragraph" w:styleId="Ingenmellomrom">
    <w:name w:val="No Spacing"/>
    <w:uiPriority w:val="1"/>
    <w:qFormat/>
    <w:rsid w:val="00FC693F"/>
    <w:pPr>
      <w:spacing w:after="0" w:line="240" w:lineRule="auto"/>
    </w:pPr>
    <w:rPr>
      <w:lang w:val="nb-NO"/>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lang w:val="nb-NO"/>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lang w:val="nb-NO"/>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lang w:val="nb-NO"/>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6"/>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lang w:val="nb-NO"/>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lang w:val="nb-NO"/>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rPr>
      <w:lang w:val="nb-NO"/>
    </w:rPr>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rPr>
      <w:lang w:val="nb-NO"/>
    </w:rPr>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lang w:val="nb-NO"/>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nb-NO"/>
    </w:rPr>
  </w:style>
  <w:style w:type="character" w:customStyle="1" w:styleId="MakrotekstTegn">
    <w:name w:val="Makrotekst Tegn"/>
    <w:basedOn w:val="Standardskriftforavsnitt"/>
    <w:link w:val="Makrotekst"/>
    <w:uiPriority w:val="99"/>
    <w:rsid w:val="0029639D"/>
    <w:rPr>
      <w:rFonts w:ascii="Courier" w:hAnsi="Courier"/>
      <w:sz w:val="20"/>
      <w:szCs w:val="20"/>
      <w:lang w:val="nb-NO"/>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lang w:val="nb-NO"/>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lang w:val="nb-NO"/>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lang w:val="nb-NO"/>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lang w:val="nb-NO"/>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lang w:val="nb-NO"/>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lang w:val="nb-NO"/>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lang w:val="nb-NO"/>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lang w:val="nb-NO"/>
    </w:rPr>
  </w:style>
  <w:style w:type="character" w:styleId="Utheving">
    <w:name w:val="Emphasis"/>
    <w:basedOn w:val="Standardskriftforavsnitt"/>
    <w:uiPriority w:val="20"/>
    <w:qFormat/>
    <w:rsid w:val="00FC693F"/>
    <w:rPr>
      <w:i/>
      <w:iCs/>
      <w:lang w:val="nb-NO"/>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lang w:val="nb-NO"/>
    </w:rPr>
  </w:style>
  <w:style w:type="character" w:styleId="Svakutheving">
    <w:name w:val="Subtle Emphasis"/>
    <w:basedOn w:val="Standardskriftforavsnitt"/>
    <w:uiPriority w:val="19"/>
    <w:qFormat/>
    <w:rsid w:val="00FC693F"/>
    <w:rPr>
      <w:i/>
      <w:iCs/>
      <w:color w:val="808080" w:themeColor="text1" w:themeTint="7F"/>
      <w:lang w:val="nb-NO"/>
    </w:rPr>
  </w:style>
  <w:style w:type="character" w:styleId="Sterkutheving">
    <w:name w:val="Intense Emphasis"/>
    <w:basedOn w:val="Standardskriftforavsnitt"/>
    <w:uiPriority w:val="21"/>
    <w:qFormat/>
    <w:rsid w:val="00FC693F"/>
    <w:rPr>
      <w:b/>
      <w:bCs/>
      <w:i/>
      <w:iCs/>
      <w:color w:val="4F81BD" w:themeColor="accent1"/>
      <w:lang w:val="nb-NO"/>
    </w:rPr>
  </w:style>
  <w:style w:type="character" w:styleId="Svakreferanse">
    <w:name w:val="Subtle Reference"/>
    <w:basedOn w:val="Standardskriftforavsnitt"/>
    <w:uiPriority w:val="31"/>
    <w:qFormat/>
    <w:rsid w:val="00FC693F"/>
    <w:rPr>
      <w:smallCaps/>
      <w:color w:val="C0504D" w:themeColor="accent2"/>
      <w:u w:val="single"/>
      <w:lang w:val="nb-NO"/>
    </w:rPr>
  </w:style>
  <w:style w:type="character" w:styleId="Sterkreferanse">
    <w:name w:val="Intense Reference"/>
    <w:basedOn w:val="Standardskriftforavsnitt"/>
    <w:uiPriority w:val="32"/>
    <w:qFormat/>
    <w:rsid w:val="00FC693F"/>
    <w:rPr>
      <w:b/>
      <w:bCs/>
      <w:smallCaps/>
      <w:color w:val="C0504D" w:themeColor="accent2"/>
      <w:spacing w:val="5"/>
      <w:u w:val="single"/>
      <w:lang w:val="nb-NO"/>
    </w:rPr>
  </w:style>
  <w:style w:type="character" w:styleId="Boktittel">
    <w:name w:val="Book Title"/>
    <w:basedOn w:val="Standardskriftforavsnitt"/>
    <w:uiPriority w:val="33"/>
    <w:qFormat/>
    <w:rsid w:val="00FC693F"/>
    <w:rPr>
      <w:b/>
      <w:bCs/>
      <w:smallCaps/>
      <w:spacing w:val="5"/>
      <w:lang w:val="nb-NO"/>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lang w:val="nb-NO"/>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lang w:val="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lang w:val="nb-NO"/>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lang w:val="nb-NO"/>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lang w:val="nb-NO"/>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lang w:val="nb-NO"/>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lang w:val="nb-NO"/>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rPr>
      <w:lang w:val="nb-N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rPr>
      <w:lang w:val="nb-N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rPr>
      <w:lang w:val="nb-N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rPr>
      <w:lang w:val="nb-N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rPr>
      <w:lang w:val="nb-N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rPr>
      <w:lang w:val="nb-N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rPr>
      <w:lang w:val="nb-N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rPr>
      <w:lang w:val="nb-N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rPr>
      <w:lang w:val="nb-N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rPr>
      <w:lang w:val="nb-N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rPr>
      <w:lang w:val="nb-N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rPr>
      <w:lang w:val="nb-N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rPr>
      <w:lang w:val="nb-N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rPr>
      <w:lang w:val="nb-N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rPr>
      <w:lang w:val="nb-N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rPr>
      <w:lang w:val="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rPr>
      <w:lang w:val="nb-NO"/>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rPr>
      <w:lang w:val="nb-NO"/>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rPr>
      <w:lang w:val="nb-NO"/>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rPr>
      <w:lang w:val="nb-N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rPr>
      <w:lang w:val="nb-NO"/>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rPr>
      <w:lang w:val="nb-N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lang w:val="nb-NO"/>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rPr>
      <w:lang w:val="nb-N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rPr>
      <w:lang w:val="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rPr>
      <w:lang w:val="nb-NO"/>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rPr>
      <w:lang w:val="nb-NO"/>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rPr>
      <w:lang w:val="nb-NO"/>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rPr>
      <w:lang w:val="nb-N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rPr>
      <w:lang w:val="nb-NO"/>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lang w:val="nb-N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rPr>
      <w:lang w:val="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lang w:val="nb-NO"/>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lang w:val="nb-NO"/>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lang w:val="nb-NO"/>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lang w:val="nb-NO"/>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BA2E0E"/>
    <w:rPr>
      <w:color w:val="0000FF" w:themeColor="hyperlink"/>
      <w:u w:val="single"/>
    </w:rPr>
  </w:style>
  <w:style w:type="character" w:styleId="Ulstomtale">
    <w:name w:val="Unresolved Mention"/>
    <w:basedOn w:val="Standardskriftforavsnitt"/>
    <w:uiPriority w:val="99"/>
    <w:semiHidden/>
    <w:unhideWhenUsed/>
    <w:rsid w:val="00BA2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tekniskhverdagshjelp.n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512</Words>
  <Characters>2716</Characters>
  <Application>Microsoft Office Word</Application>
  <DocSecurity>0</DocSecurity>
  <Lines>22</Lines>
  <Paragraphs>6</Paragraphs>
  <ScaleCrop>false</ScaleCrop>
  <Manager/>
  <Company/>
  <LinksUpToDate>false</LinksUpToDate>
  <CharactersWithSpaces>3222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Ødegård</dc:creator>
  <cp:keywords/>
  <dc:description>generated by python-docx</dc:description>
  <cp:lastModifiedBy>Tor Ødegård</cp:lastModifiedBy>
  <cp:revision>8</cp:revision>
  <dcterms:created xsi:type="dcterms:W3CDTF">2026-09-29T13:50:00Z</dcterms:created>
  <dcterms:modified xsi:type="dcterms:W3CDTF">2026-10-05T13:28:00Z</dcterms:modified>
  <cp:category/>
</cp:coreProperties>
</file>